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D" w:rsidRDefault="00AC440C">
      <w:pPr>
        <w:spacing w:after="0"/>
        <w:jc w:val="right"/>
        <w:rPr>
          <w:lang w:eastAsia="ja-JP"/>
        </w:rPr>
      </w:pPr>
      <w:r>
        <w:rPr>
          <w:b/>
          <w:lang w:eastAsia="ja-JP"/>
        </w:rPr>
        <w:t>別紙2</w:t>
      </w:r>
    </w:p>
    <w:p w:rsidR="007D02ED" w:rsidRDefault="00AC440C" w:rsidP="00AC440C">
      <w:pPr>
        <w:widowControl w:val="0"/>
        <w:spacing w:after="120"/>
        <w:jc w:val="center"/>
        <w:rPr>
          <w:lang w:eastAsia="ja-JP"/>
        </w:rPr>
      </w:pPr>
      <w:r>
        <w:rPr>
          <w:b/>
          <w:sz w:val="30"/>
          <w:lang w:eastAsia="ja-JP"/>
        </w:rPr>
        <w:t>松浦市中心市街地におけるにぎわい創出及び</w:t>
      </w:r>
      <w:r>
        <w:rPr>
          <w:b/>
          <w:sz w:val="30"/>
          <w:lang w:eastAsia="ja-JP"/>
        </w:rPr>
        <w:br/>
        <w:t>都市機能導入に関するサウンディング調査</w:t>
      </w:r>
    </w:p>
    <w:p w:rsidR="007D02ED" w:rsidRDefault="00AC440C" w:rsidP="00AC440C">
      <w:pPr>
        <w:widowControl w:val="0"/>
        <w:spacing w:after="240"/>
        <w:jc w:val="center"/>
      </w:pPr>
      <w:r>
        <w:rPr>
          <w:b/>
          <w:sz w:val="28"/>
        </w:rPr>
        <w:t>参加連絡票</w:t>
      </w:r>
    </w:p>
    <w:p w:rsidR="007D02ED" w:rsidRDefault="00AC440C" w:rsidP="00AC440C">
      <w:pPr>
        <w:widowControl w:val="0"/>
        <w:spacing w:after="160"/>
        <w:jc w:val="right"/>
      </w:pPr>
      <w:r>
        <w:t>令和　　年　　月　　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860"/>
      </w:tblGrid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r>
              <w:rPr>
                <w:b/>
              </w:rPr>
              <w:t>法人・団体名／氏名</w:t>
            </w:r>
          </w:p>
        </w:tc>
        <w:tc>
          <w:tcPr>
            <w:tcW w:w="6860" w:type="dxa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7D02ED">
            <w:pPr>
              <w:spacing w:after="0" w:line="240" w:lineRule="auto"/>
            </w:pP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r>
              <w:rPr>
                <w:b/>
              </w:rPr>
              <w:t>所在地／住所</w:t>
            </w:r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7D02ED">
            <w:pPr>
              <w:spacing w:after="0" w:line="240" w:lineRule="auto"/>
            </w:pP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r>
              <w:rPr>
                <w:b/>
              </w:rPr>
              <w:t>担当者</w:t>
            </w:r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7D02ED">
            <w:pPr>
              <w:spacing w:after="0" w:line="240" w:lineRule="auto"/>
            </w:pPr>
          </w:p>
        </w:tc>
        <w:bookmarkStart w:id="0" w:name="_GoBack"/>
        <w:bookmarkEnd w:id="0"/>
      </w:tr>
      <w:tr w:rsidR="007D02ED">
        <w:trPr>
          <w:cantSplit/>
          <w:trHeight w:val="87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r>
              <w:rPr>
                <w:b/>
              </w:rPr>
              <w:t>連絡先</w:t>
            </w:r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</w:pPr>
            <w:r>
              <w:t>電　話：</w:t>
            </w:r>
            <w:r>
              <w:br/>
              <w:t>メール：</w:t>
            </w: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参加区分</w:t>
            </w:r>
            <w:proofErr w:type="spellEnd"/>
          </w:p>
          <w:p w:rsidR="004D184D" w:rsidRPr="004D184D" w:rsidRDefault="004D184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184D">
              <w:rPr>
                <w:rFonts w:hint="eastAsia"/>
                <w:b/>
                <w:sz w:val="16"/>
                <w:szCs w:val="16"/>
                <w:lang w:eastAsia="ja-JP"/>
              </w:rPr>
              <w:t>※該当する全ての項目にチェック</w:t>
            </w:r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D184D" w:rsidRDefault="00AC440C">
            <w:pPr>
              <w:spacing w:after="0" w:line="240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□ </w:t>
            </w:r>
            <w:r w:rsidR="004D184D">
              <w:rPr>
                <w:rFonts w:hint="eastAsia"/>
                <w:lang w:eastAsia="ja-JP"/>
              </w:rPr>
              <w:t>公共機能を含む拠点整備　　□民間主体のにぎわい施設</w:t>
            </w:r>
          </w:p>
          <w:p w:rsidR="007D02ED" w:rsidRDefault="00AC440C">
            <w:pPr>
              <w:spacing w:after="0" w:line="240" w:lineRule="auto"/>
              <w:rPr>
                <w:lang w:eastAsia="ja-JP"/>
              </w:rPr>
            </w:pPr>
            <w:r>
              <w:rPr>
                <w:lang w:eastAsia="ja-JP"/>
              </w:rPr>
              <w:t>□ 土地・建物情報提供</w:t>
            </w:r>
            <w:r w:rsidR="004D184D">
              <w:rPr>
                <w:rFonts w:hint="eastAsia"/>
                <w:lang w:eastAsia="ja-JP"/>
              </w:rPr>
              <w:t xml:space="preserve">　　　　</w:t>
            </w:r>
            <w:r>
              <w:rPr>
                <w:lang w:eastAsia="ja-JP"/>
              </w:rPr>
              <w:t>□ その他</w:t>
            </w: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参加形態</w:t>
            </w:r>
            <w:proofErr w:type="spellEnd"/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rPr>
                <w:lang w:eastAsia="ja-JP"/>
              </w:rPr>
            </w:pPr>
            <w:r>
              <w:rPr>
                <w:lang w:eastAsia="ja-JP"/>
              </w:rPr>
              <w:t>□ 単独　　□ グループ</w:t>
            </w:r>
          </w:p>
        </w:tc>
      </w:tr>
      <w:tr w:rsidR="007D02ED">
        <w:trPr>
          <w:cantSplit/>
          <w:trHeight w:val="765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Pr="004D7C36" w:rsidRDefault="00AC440C">
            <w:pPr>
              <w:spacing w:after="0" w:line="240" w:lineRule="auto"/>
              <w:jc w:val="center"/>
              <w:rPr>
                <w:b/>
                <w:lang w:eastAsia="ja-JP"/>
              </w:rPr>
            </w:pPr>
            <w:r w:rsidRPr="004D7C36">
              <w:rPr>
                <w:b/>
                <w:lang w:eastAsia="ja-JP"/>
              </w:rPr>
              <w:t>グループ構成員</w:t>
            </w:r>
          </w:p>
          <w:p w:rsidR="007374A2" w:rsidRPr="007374A2" w:rsidRDefault="007374A2">
            <w:pPr>
              <w:spacing w:after="0" w:line="240" w:lineRule="auto"/>
              <w:jc w:val="center"/>
              <w:rPr>
                <w:sz w:val="16"/>
                <w:szCs w:val="16"/>
                <w:lang w:eastAsia="ja-JP"/>
              </w:rPr>
            </w:pPr>
            <w:r w:rsidRPr="004D7C36">
              <w:rPr>
                <w:rFonts w:hint="eastAsia"/>
                <w:b/>
                <w:sz w:val="16"/>
                <w:szCs w:val="16"/>
                <w:lang w:eastAsia="ja-JP"/>
              </w:rPr>
              <w:t>※参加形態がグループの場合記入</w:t>
            </w:r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7D02ED">
            <w:pPr>
              <w:spacing w:after="0" w:line="240" w:lineRule="auto"/>
              <w:rPr>
                <w:lang w:eastAsia="ja-JP"/>
              </w:rPr>
            </w:pP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対話希望方法</w:t>
            </w:r>
            <w:proofErr w:type="spellEnd"/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rPr>
                <w:lang w:eastAsia="ja-JP"/>
              </w:rPr>
            </w:pPr>
            <w:r>
              <w:rPr>
                <w:lang w:eastAsia="ja-JP"/>
              </w:rPr>
              <w:t>□ 対面　　□ オンライン</w:t>
            </w:r>
            <w:r>
              <w:rPr>
                <w:lang w:eastAsia="ja-JP"/>
              </w:rPr>
              <w:br/>
              <w:t>□ どちらでも可</w:t>
            </w:r>
          </w:p>
        </w:tc>
      </w:tr>
      <w:tr w:rsidR="007D02ED">
        <w:trPr>
          <w:cantSplit/>
          <w:trHeight w:val="709"/>
          <w:jc w:val="center"/>
        </w:trPr>
        <w:tc>
          <w:tcPr>
            <w:tcW w:w="2721" w:type="dxa"/>
            <w:tcBorders>
              <w:top w:val="single" w:sz="6" w:space="0" w:color="7F7F7F"/>
              <w:left w:val="single" w:sz="8" w:space="0" w:color="7F7F7F"/>
              <w:bottom w:val="single" w:sz="8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参加予定人数</w:t>
            </w:r>
            <w:proofErr w:type="spellEnd"/>
          </w:p>
        </w:tc>
        <w:tc>
          <w:tcPr>
            <w:tcW w:w="6860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D02ED" w:rsidRDefault="00AC440C">
            <w:pPr>
              <w:spacing w:after="0" w:line="240" w:lineRule="auto"/>
            </w:pPr>
            <w:r>
              <w:t xml:space="preserve">　　　　　人</w:t>
            </w:r>
          </w:p>
        </w:tc>
      </w:tr>
    </w:tbl>
    <w:p w:rsidR="007D02ED" w:rsidRDefault="007D02ED">
      <w:pPr>
        <w:spacing w:after="0"/>
      </w:pPr>
    </w:p>
    <w:p w:rsidR="007D02ED" w:rsidRDefault="00AC440C" w:rsidP="00AC440C">
      <w:pPr>
        <w:spacing w:after="160"/>
        <w:ind w:firstLineChars="300" w:firstLine="720"/>
        <w:rPr>
          <w:lang w:eastAsia="ja-JP"/>
        </w:rPr>
      </w:pPr>
      <w:r>
        <w:rPr>
          <w:lang w:eastAsia="ja-JP"/>
        </w:rPr>
        <w:t>上記のとおり、標記調査への参加を申し込みます。</w:t>
      </w:r>
    </w:p>
    <w:p w:rsidR="007D02ED" w:rsidRDefault="00AC440C" w:rsidP="00AC440C">
      <w:pPr>
        <w:spacing w:after="40" w:line="240" w:lineRule="auto"/>
        <w:ind w:firstLineChars="300" w:firstLine="720"/>
        <w:rPr>
          <w:lang w:eastAsia="ja-JP"/>
        </w:rPr>
      </w:pPr>
      <w:r>
        <w:rPr>
          <w:lang w:eastAsia="ja-JP"/>
        </w:rPr>
        <w:t>※ 提出先：松浦市政策企画課　担当：柴山・山田</w:t>
      </w:r>
    </w:p>
    <w:p w:rsidR="007D02ED" w:rsidRDefault="00AC440C" w:rsidP="00AC440C">
      <w:pPr>
        <w:spacing w:after="40" w:line="240" w:lineRule="auto"/>
        <w:ind w:firstLineChars="300" w:firstLine="720"/>
        <w:rPr>
          <w:lang w:eastAsia="ja-JP"/>
        </w:rPr>
      </w:pPr>
      <w:r>
        <w:rPr>
          <w:lang w:eastAsia="ja-JP"/>
        </w:rPr>
        <w:t>※ 電話：0956-72-1111（代表）　内線308・313</w:t>
      </w:r>
    </w:p>
    <w:p w:rsidR="007D02ED" w:rsidRDefault="00AC440C" w:rsidP="00AC440C">
      <w:pPr>
        <w:spacing w:after="40" w:line="240" w:lineRule="auto"/>
        <w:ind w:firstLineChars="300" w:firstLine="720"/>
      </w:pPr>
      <w:r>
        <w:t>※ 電子メール：seisaku@city.matsuura.lg.jp</w:t>
      </w:r>
    </w:p>
    <w:p w:rsidR="007D02ED" w:rsidRDefault="00AC440C" w:rsidP="00AC440C">
      <w:pPr>
        <w:spacing w:after="40" w:line="240" w:lineRule="auto"/>
        <w:ind w:firstLineChars="300" w:firstLine="720"/>
      </w:pPr>
      <w:r>
        <w:t>※ 送信期限：令和8年8月21日（金）17時</w:t>
      </w:r>
    </w:p>
    <w:sectPr w:rsidR="007D02ED" w:rsidSect="00034616">
      <w:pgSz w:w="12240" w:h="15840"/>
      <w:pgMar w:top="680" w:right="964" w:bottom="680" w:left="964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A88"/>
    <w:rsid w:val="0006063C"/>
    <w:rsid w:val="0015074B"/>
    <w:rsid w:val="0029639D"/>
    <w:rsid w:val="00326F90"/>
    <w:rsid w:val="004D184D"/>
    <w:rsid w:val="004D7C36"/>
    <w:rsid w:val="007374A2"/>
    <w:rsid w:val="007D02ED"/>
    <w:rsid w:val="00AA1D8D"/>
    <w:rsid w:val="00AC440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1DE434"/>
  <w14:defaultImageDpi w14:val="300"/>
  <w15:docId w15:val="{282D1B9E-C481-4D7B-837D-7601F531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 w:line="259" w:lineRule="auto"/>
    </w:pPr>
    <w:rPr>
      <w:rFonts w:ascii="游ゴシック" w:eastAsia="游ゴシック" w:hAnsi="游ゴシック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jorHeading">
    <w:name w:val="MajorHeading"/>
    <w:pPr>
      <w:keepNext/>
      <w:spacing w:before="320" w:after="160"/>
    </w:pPr>
    <w:rPr>
      <w:rFonts w:ascii="游ゴシック" w:eastAsia="游ゴシック" w:hAnsi="游ゴシック"/>
      <w:b/>
      <w:color w:val="1F4E78"/>
      <w:sz w:val="26"/>
    </w:rPr>
  </w:style>
  <w:style w:type="paragraph" w:customStyle="1" w:styleId="SubHeading">
    <w:name w:val="SubHeading"/>
    <w:pPr>
      <w:keepNext/>
      <w:spacing w:before="200" w:after="100"/>
    </w:pPr>
    <w:rPr>
      <w:rFonts w:ascii="游ゴシック" w:eastAsia="游ゴシック" w:hAnsi="游ゴシック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82441-974F-4F46-9E29-A811ACDB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>松浦市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m1190154</cp:lastModifiedBy>
  <cp:revision>10</cp:revision>
  <dcterms:created xsi:type="dcterms:W3CDTF">2026-06-24T05:04:00Z</dcterms:created>
  <dcterms:modified xsi:type="dcterms:W3CDTF">2026-06-29T04:30:00Z</dcterms:modified>
</cp:coreProperties>
</file>